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345FE7"/>
          <w:sz w:val="18"/>
        </w:rPr>
        <w:t>DEMO DOCUMENT / 練習用</w:t>
      </w:r>
    </w:p>
    <w:p>
      <w:pPr>
        <w:pStyle w:val="Title"/>
      </w:pPr>
      <w:r>
        <w:t>会議の生メモ 01</w:t>
      </w:r>
    </w:p>
    <w:p>
      <w:pPr>
        <w:spacing w:after="140"/>
      </w:pPr>
      <w:r>
        <w:rPr>
          <w:color w:val="5E6A73"/>
          <w:sz w:val="19"/>
        </w:rPr>
        <w:t>言い切っていない話や抜けを残した練習用メモ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DOC-CONSTRUCTION-MTG-001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株式会社青空デモ建設（架空）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その場で書いたメモ</w:t>
      </w:r>
    </w:p>
    <w:p>
      <w:pPr>
        <w:pStyle w:val="ListBullet"/>
      </w:pPr>
      <w:r>
        <w:t>・工事案件001（架空）、たぶん来週までに一回返事いる</w:t>
      </w:r>
    </w:p>
    <w:p>
      <w:pPr>
        <w:pStyle w:val="ListBullet"/>
      </w:pPr>
      <w:r>
        <w:t>・金額は前の表のままか確認。誰が見るかはまだ</w:t>
      </w:r>
    </w:p>
    <w:p>
      <w:pPr>
        <w:pStyle w:val="ListBullet"/>
      </w:pPr>
      <w:r>
        <w:t>・見積条件の確認の件、相手は急いでそう</w:t>
      </w:r>
    </w:p>
    <w:p>
      <w:pPr>
        <w:pStyle w:val="ListBullet"/>
      </w:pPr>
      <w:r>
        <w:t>・写真か資料が別のフォルダにあるはず</w:t>
      </w:r>
    </w:p>
    <w:p>
      <w:pPr>
        <w:pStyle w:val="ListBullet"/>
      </w:pPr>
      <w:r>
        <w:t>・次の会議までに一回案を見たい。日付は後で</w:t>
      </w:r>
    </w:p>
    <w:p>
      <w:pPr>
        <w:pStyle w:val="Heading1"/>
      </w:pPr>
      <w:r>
        <w:t>話したこと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MEETING_ID</w:t>
            </w:r>
          </w:p>
        </w:tc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話題</w:t>
            </w:r>
          </w:p>
        </w:tc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今の状態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MTG-000001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今週の進み具合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だいたい共有した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MTG-000001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相手への返事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文面はまだ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MTG-000001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金額と期限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確認する人が未定</w:t>
            </w:r>
          </w:p>
        </w:tc>
      </w:tr>
    </w:tbl>
    <w:p>
      <w:pPr>
        <w:pStyle w:val="Heading1"/>
      </w:pPr>
      <w:r>
        <w:t>AIに頼むなら</w:t>
      </w:r>
    </w:p>
    <w:p>
      <w:r>
        <w:t>この会議メモ、決まったこと・まだのこと・誰がいつまでにやるかに分けて。勝手に担当や期限を決めないで。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345FE7"/>
        <w:sz w:val="16"/>
      </w:rPr>
      <w:t>練習用・すべて架空・外部送信禁止　｜　青空デモ建設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345FE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