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電話の生メモ 06</w:t>
      </w:r>
    </w:p>
    <w:p>
      <w:pPr>
        <w:spacing w:after="140"/>
      </w:pPr>
      <w:r>
        <w:rPr>
          <w:color w:val="5E6A73"/>
          <w:sz w:val="19"/>
        </w:rPr>
        <w:t>図面の版の確認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DOC-CONSTRUCTION-CALL-006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電話の途中メモ</w:t>
      </w:r>
    </w:p>
    <w:p>
      <w:r>
        <w:t>図面の版の確認。昨日も話したかも。相手はデモ発注者0006。時間は夕方なら大丈夫らしい。金額は聞かれたけど、まだ資料を見ていない。いったん確認して返すと言った。</w:t>
      </w:r>
    </w:p>
    <w:p>
      <w:pPr>
        <w:pStyle w:val="Heading1"/>
      </w:pPr>
      <w:r>
        <w:t>会話の一部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CALL_ID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話者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発言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CALL-000006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あの、前に聞いた件なんですけど、ちょっと予定変えられます？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CALL-000006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確認します。希望の時間だけもう一度いいですか？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CALL-000006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夕方なら。たぶん6時くらい。難しければ別の日でも。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CALL-000006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担当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分かりました。空きと金額を確認して折り返します。</w:t>
            </w:r>
          </w:p>
        </w:tc>
      </w:tr>
    </w:tbl>
    <w:p>
      <w:pPr>
        <w:pStyle w:val="Heading1"/>
      </w:pPr>
      <w:r>
        <w:t>AIに頼むなら</w:t>
      </w:r>
    </w:p>
    <w:p>
      <w:r>
        <w:t>この電話、やることと予定候補と返事の下書きに分けて。決まってないことは決めないで。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