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この会社のこと</w:t>
      </w:r>
    </w:p>
    <w:p>
      <w:pPr>
        <w:spacing w:after="140"/>
      </w:pPr>
      <w:r>
        <w:rPr>
          <w:color w:val="5E6A73"/>
          <w:sz w:val="19"/>
        </w:rPr>
        <w:t>会社の特徴と仕事の全体像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DOC-CONSTRUCTION-0001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青空デモ建設は、住宅改修、店舗改修、小規模新築、外構工事を行う教材用の架空会社です。資料同士はIDでつながっています。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