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2E765D"/>
          <w:sz w:val="18"/>
        </w:rPr>
        <w:t>DEMO DOCUMENT / 練習用</w:t>
      </w:r>
    </w:p>
    <w:p>
      <w:pPr>
        <w:pStyle w:val="Title"/>
      </w:pPr>
      <w:r>
        <w:t>電話の生メモ 03</w:t>
      </w:r>
    </w:p>
    <w:p>
      <w:pPr>
        <w:spacing w:after="140"/>
      </w:pPr>
      <w:r>
        <w:rPr>
          <w:color w:val="5E6A73"/>
          <w:sz w:val="19"/>
        </w:rPr>
        <w:t>初期費用の確認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DOC-REALESTATE-CALL-003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株式会社まちかどデモ不動産（架空）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電話の途中メモ</w:t>
      </w:r>
    </w:p>
    <w:p>
      <w:r>
        <w:t>初期費用の確認。昨日も話したかも。相手はデモお客様0003。時間は夕方なら大丈夫らしい。金額は聞かれたけど、まだ資料を見ていない。いったん確認して返すと言った。</w:t>
      </w:r>
    </w:p>
    <w:p>
      <w:pPr>
        <w:pStyle w:val="Heading1"/>
      </w:pPr>
      <w:r>
        <w:t>会話の一部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CALL_ID</w:t>
            </w:r>
          </w:p>
        </w:tc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話者</w:t>
            </w:r>
          </w:p>
        </w:tc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発言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CALL-000003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あの、前に聞いた件なんですけど、ちょっと予定変えられます？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CALL-000003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担当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確認します。希望の時間だけもう一度いいですか？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CALL-000003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夕方なら。たぶん6時くらい。難しければ別の日でも。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CALL-000003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担当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分かりました。空きと金額を確認して折り返します。</w:t>
            </w:r>
          </w:p>
        </w:tc>
      </w:tr>
    </w:tbl>
    <w:p>
      <w:pPr>
        <w:pStyle w:val="Heading1"/>
      </w:pPr>
      <w:r>
        <w:t>AIに頼むなら</w:t>
      </w:r>
    </w:p>
    <w:p>
      <w:r>
        <w:t>この電話、やることと予定候補と返事の下書きに分けて。決まってないことは決めないで。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2E765D"/>
        <w:sz w:val="16"/>
      </w:rPr>
      <w:t>練習用・すべて架空・外部送信禁止　｜　まちかどデモ不動産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2E7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