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40"/>
      </w:pPr>
      <w:r>
        <w:rPr>
          <w:rFonts w:ascii="BIZ UDGothic" w:hAnsi="BIZ UDGothic" w:eastAsia="BIZ UDGothic"/>
          <w:b/>
          <w:color w:val="A94B3A"/>
          <w:sz w:val="18"/>
        </w:rPr>
        <w:t>DEMO DOCUMENT / 練習用</w:t>
      </w:r>
    </w:p>
    <w:p>
      <w:pPr>
        <w:pStyle w:val="Title"/>
      </w:pPr>
      <w:r>
        <w:t>会議の生メモ 01</w:t>
      </w:r>
    </w:p>
    <w:p>
      <w:pPr>
        <w:spacing w:after="140"/>
      </w:pPr>
      <w:r>
        <w:rPr>
          <w:color w:val="5E6A73"/>
          <w:sz w:val="19"/>
        </w:rPr>
        <w:t>言い切っていない話や抜けを残した練習用メモ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5241"/>
        <w:gridCol w:w="5241"/>
      </w:tblGrid>
      <w:tr>
        <w:tc>
          <w:tcPr>
            <w:tcW w:type="dxa" w:w="5241"/>
            <w:shd w:fill="A94B3A"/>
            <w:vAlign w:val="center"/>
          </w:tcPr>
          <w:p>
            <w:r>
              <w:rPr>
                <w:rFonts w:ascii="BIZ UDGothic" w:hAnsi="BIZ UDGothic" w:eastAsia="BIZ UDGothic"/>
                <w:b/>
                <w:color w:val="FFFFFF"/>
                <w:sz w:val="18"/>
              </w:rPr>
              <w:t>文書ID</w:t>
            </w:r>
          </w:p>
        </w:tc>
        <w:tc>
          <w:tcPr>
            <w:tcW w:type="dxa" w:w="5241"/>
            <w:vAlign w:val="center"/>
          </w:tcPr>
          <w:p>
            <w:r>
              <w:rPr>
                <w:rFonts w:ascii="BIZ UDGothic" w:hAnsi="BIZ UDGothic" w:eastAsia="BIZ UDGothic"/>
                <w:sz w:val="18"/>
              </w:rPr>
              <w:t>DOC-SALON-MTG-001</w:t>
            </w:r>
          </w:p>
        </w:tc>
      </w:tr>
      <w:tr>
        <w:tc>
          <w:tcPr>
            <w:tcW w:type="dxa" w:w="5241"/>
            <w:shd w:fill="A94B3A"/>
            <w:vAlign w:val="center"/>
          </w:tcPr>
          <w:p>
            <w:r>
              <w:rPr>
                <w:rFonts w:ascii="BIZ UDGothic" w:hAnsi="BIZ UDGothic" w:eastAsia="BIZ UDGothic"/>
                <w:b/>
                <w:color w:val="FFFFFF"/>
                <w:sz w:val="18"/>
              </w:rPr>
              <w:t>会社</w:t>
            </w:r>
          </w:p>
        </w:tc>
        <w:tc>
          <w:tcPr>
            <w:tcW w:type="dxa" w:w="5241"/>
            <w:vAlign w:val="center"/>
          </w:tcPr>
          <w:p>
            <w:r>
              <w:rPr>
                <w:rFonts w:ascii="BIZ UDGothic" w:hAnsi="BIZ UDGothic" w:eastAsia="BIZ UDGothic"/>
                <w:sz w:val="18"/>
              </w:rPr>
              <w:t>株式会社ひだまりデモサロン（架空）</w:t>
            </w:r>
          </w:p>
        </w:tc>
      </w:tr>
      <w:tr>
        <w:tc>
          <w:tcPr>
            <w:tcW w:type="dxa" w:w="5241"/>
            <w:shd w:fill="A94B3A"/>
            <w:vAlign w:val="center"/>
          </w:tcPr>
          <w:p>
            <w:r>
              <w:rPr>
                <w:rFonts w:ascii="BIZ UDGothic" w:hAnsi="BIZ UDGothic" w:eastAsia="BIZ UDGothic"/>
                <w:b/>
                <w:color w:val="FFFFFF"/>
                <w:sz w:val="18"/>
              </w:rPr>
              <w:t>版・作成日</w:t>
            </w:r>
          </w:p>
        </w:tc>
        <w:tc>
          <w:tcPr>
            <w:tcW w:type="dxa" w:w="5241"/>
            <w:vAlign w:val="center"/>
          </w:tcPr>
          <w:p>
            <w:r>
              <w:rPr>
                <w:rFonts w:ascii="BIZ UDGothic" w:hAnsi="BIZ UDGothic" w:eastAsia="BIZ UDGothic"/>
                <w:sz w:val="18"/>
              </w:rPr>
              <w:t>v1.1.2 / 2026-09-02</w:t>
            </w:r>
          </w:p>
        </w:tc>
      </w:tr>
      <w:tr>
        <w:tc>
          <w:tcPr>
            <w:tcW w:type="dxa" w:w="5241"/>
            <w:shd w:fill="A94B3A"/>
            <w:vAlign w:val="center"/>
          </w:tcPr>
          <w:p>
            <w:r>
              <w:rPr>
                <w:rFonts w:ascii="BIZ UDGothic" w:hAnsi="BIZ UDGothic" w:eastAsia="BIZ UDGothic"/>
                <w:b/>
                <w:color w:val="FFFFFF"/>
                <w:sz w:val="18"/>
              </w:rPr>
              <w:t>状態</w:t>
            </w:r>
          </w:p>
        </w:tc>
        <w:tc>
          <w:tcPr>
            <w:tcW w:type="dxa" w:w="5241"/>
            <w:vAlign w:val="center"/>
          </w:tcPr>
          <w:p>
            <w:r>
              <w:rPr>
                <w:rFonts w:ascii="BIZ UDGothic" w:hAnsi="BIZ UDGothic" w:eastAsia="BIZ UDGothic"/>
                <w:sz w:val="18"/>
              </w:rPr>
              <w:t>練習用・すべて架空・外部送信禁止</w:t>
            </w:r>
          </w:p>
        </w:tc>
      </w:tr>
    </w:tbl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10482"/>
      </w:tblGrid>
      <w:tr>
        <w:tc>
          <w:tcPr>
            <w:tcW w:type="dxa" w:w="10482"/>
            <w:shd w:fill="FFF0EC"/>
          </w:tcPr>
          <w:p>
            <w:r>
              <w:rPr>
                <w:b/>
                <w:color w:val="8A382D"/>
              </w:rPr>
              <w:t>この文書は全部デモです。実在の相手への送信、契約、提出には使えません。</w:t>
            </w:r>
          </w:p>
        </w:tc>
      </w:tr>
    </w:tbl>
    <w:p>
      <w:pPr>
        <w:pStyle w:val="Heading1"/>
      </w:pPr>
      <w:r>
        <w:t>その場で書いたメモ</w:t>
      </w:r>
    </w:p>
    <w:p>
      <w:pPr>
        <w:pStyle w:val="ListBullet"/>
      </w:pPr>
      <w:r>
        <w:t>・店舗改善001（架空）、たぶん来週までに一回返事いる</w:t>
      </w:r>
    </w:p>
    <w:p>
      <w:pPr>
        <w:pStyle w:val="ListBullet"/>
      </w:pPr>
      <w:r>
        <w:t>・金額は前の表のままか確認。誰が見るかはまだ</w:t>
      </w:r>
    </w:p>
    <w:p>
      <w:pPr>
        <w:pStyle w:val="ListBullet"/>
      </w:pPr>
      <w:r>
        <w:t>・カラー料金の確認の件、相手は急いでそう</w:t>
      </w:r>
    </w:p>
    <w:p>
      <w:pPr>
        <w:pStyle w:val="ListBullet"/>
      </w:pPr>
      <w:r>
        <w:t>・写真か資料が別のフォルダにあるはず</w:t>
      </w:r>
    </w:p>
    <w:p>
      <w:pPr>
        <w:pStyle w:val="ListBullet"/>
      </w:pPr>
      <w:r>
        <w:t>・次の会議までに一回案を見たい。日付は後で</w:t>
      </w:r>
    </w:p>
    <w:p>
      <w:pPr>
        <w:pStyle w:val="Heading1"/>
      </w:pPr>
      <w:r>
        <w:t>話したこと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94"/>
        <w:gridCol w:w="3494"/>
        <w:gridCol w:w="3494"/>
      </w:tblGrid>
      <w:tr>
        <w:trPr>
          <w:tblHeader w:val="true"/>
        </w:trPr>
        <w:tc>
          <w:tcPr>
            <w:tcW w:type="dxa" w:w="3494"/>
            <w:shd w:fill="A94B3A"/>
          </w:tcPr>
          <w:p>
            <w:r>
              <w:rPr>
                <w:rFonts w:ascii="BIZ UDGothic" w:hAnsi="BIZ UDGothic" w:eastAsia="BIZ UDGothic"/>
                <w:b/>
                <w:color w:val="FFFFFF"/>
                <w:sz w:val="16"/>
              </w:rPr>
              <w:t>MEETING_ID</w:t>
            </w:r>
          </w:p>
        </w:tc>
        <w:tc>
          <w:tcPr>
            <w:tcW w:type="dxa" w:w="3494"/>
            <w:shd w:fill="A94B3A"/>
          </w:tcPr>
          <w:p>
            <w:r>
              <w:rPr>
                <w:rFonts w:ascii="BIZ UDGothic" w:hAnsi="BIZ UDGothic" w:eastAsia="BIZ UDGothic"/>
                <w:b/>
                <w:color w:val="FFFFFF"/>
                <w:sz w:val="16"/>
              </w:rPr>
              <w:t>話題</w:t>
            </w:r>
          </w:p>
        </w:tc>
        <w:tc>
          <w:tcPr>
            <w:tcW w:type="dxa" w:w="3494"/>
            <w:shd w:fill="A94B3A"/>
          </w:tcPr>
          <w:p>
            <w:r>
              <w:rPr>
                <w:rFonts w:ascii="BIZ UDGothic" w:hAnsi="BIZ UDGothic" w:eastAsia="BIZ UDGothic"/>
                <w:b/>
                <w:color w:val="FFFFFF"/>
                <w:sz w:val="16"/>
              </w:rPr>
              <w:t>今の状態</w:t>
            </w:r>
          </w:p>
        </w:tc>
      </w:tr>
      <w:tr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MTG-000001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今週の進み具合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だいたい共有した</w:t>
            </w:r>
          </w:p>
        </w:tc>
      </w:tr>
      <w:tr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MTG-000001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相手への返事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文面はまだ</w:t>
            </w:r>
          </w:p>
        </w:tc>
      </w:tr>
      <w:tr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MTG-000001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金額と期限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確認する人が未定</w:t>
            </w:r>
          </w:p>
        </w:tc>
      </w:tr>
    </w:tbl>
    <w:p>
      <w:pPr>
        <w:pStyle w:val="Heading1"/>
      </w:pPr>
      <w:r>
        <w:t>AIに頼むなら</w:t>
      </w:r>
    </w:p>
    <w:p>
      <w:r>
        <w:t>この会議メモ、決まったこと・まだのこと・誰がいつまでにやるかに分けて。勝手に担当や期限を決めないで。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652" w:right="879" w:bottom="652" w:left="8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BIZ UDGothic" w:hAnsi="BIZ UDGothic" w:eastAsia="BIZ UDGothic"/>
        <w:color w:val="5E6A73"/>
        <w:sz w:val="16"/>
      </w:rPr>
      <w:t>教材用デモ文書｜実在の会社・人物・契約とは関係ありません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BIZ UDGothic" w:hAnsi="BIZ UDGothic" w:eastAsia="BIZ UDGothic"/>
        <w:b/>
        <w:color w:val="A94B3A"/>
        <w:sz w:val="16"/>
      </w:rPr>
      <w:t>練習用・すべて架空・外部送信禁止　｜　ひだまり美容室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59" w:lineRule="auto"/>
    </w:pPr>
    <w:rPr>
      <w:rFonts w:ascii="BIZ UDGothic" w:hAnsi="BIZ UDGothic" w:eastAsia="BIZ UDGothic"/>
      <w:color w:val="17212B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60"/>
      <w:outlineLvl w:val="0"/>
    </w:pPr>
    <w:rPr>
      <w:rFonts w:asciiTheme="majorHAnsi" w:eastAsiaTheme="majorEastAsia" w:hAnsiTheme="majorHAnsi" w:cstheme="majorBidi" w:ascii="BIZ UDGothic" w:hAnsi="BIZ UDGothic" w:eastAsia="BIZ UDGothic"/>
      <w:b/>
      <w:bCs/>
      <w:color w:val="A94B3A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60"/>
      <w:outlineLvl w:val="1"/>
    </w:pPr>
    <w:rPr>
      <w:rFonts w:asciiTheme="majorHAnsi" w:eastAsiaTheme="majorEastAsia" w:hAnsiTheme="majorHAnsi" w:cstheme="majorBidi" w:ascii="BIZ UDGothic" w:hAnsi="BIZ UDGothic" w:eastAsia="BIZ UDGothic"/>
      <w:b/>
      <w:bCs/>
      <w:color w:val="102A36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60" w:line="240" w:lineRule="auto" w:before="0"/>
      <w:contextualSpacing/>
    </w:pPr>
    <w:rPr>
      <w:rFonts w:asciiTheme="majorHAnsi" w:eastAsiaTheme="majorEastAsia" w:hAnsiTheme="majorHAnsi" w:cstheme="majorBidi" w:ascii="BIZ UDGothic" w:hAnsi="BIZ UDGothic" w:eastAsia="BIZ UDGothic"/>
      <w:b/>
      <w:color w:val="102A36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