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会議の生メモ 03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DOC-SALON-MTG-003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・店舗改善003（架空）、たぶん来週までに一回返事いる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・キャンセルの連絡の件、相手は急いでそう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